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c>
          <w:tcPr>
            <w:tcW w:type="dxa" w:w="5131"/>
            <w:shd w:fill="f8fafc"/>
            <w:tcBorders>
              <w:top w:val="single" w:sz="6" w:space="0" w:color="dbe4ef"/>
              <w:left w:val="single" w:sz="6" w:space="0" w:color="dbe4ef"/>
              <w:bottom w:val="single" w:sz="6" w:space="0" w:color="dbe4ef"/>
              <w:right w:val="single" w:sz="6" w:space="0" w:color="dbe4ef"/>
              <w:insideH w:val="single" w:sz="6" w:space="0" w:color="dbe4ef"/>
              <w:insideV w:val="single" w:sz="6" w:space="0" w:color="dbe4ef"/>
            </w:tcBorders>
            <w:tcMar>
              <w:top w:w="110" w:type="dxa"/>
              <w:start w:w="125" w:type="dxa"/>
              <w:bottom w:w="110" w:type="dxa"/>
              <w:end w:w="125" w:type="dxa"/>
            </w:tcMar>
            <w:vAlign w:val="top"/>
          </w:tcPr>
          <w:p>
            <w:pPr>
              <w:spacing w:before="0" w:after="80" w:line="276" w:lineRule="auto"/>
            </w:pPr>
            <w:r>
              <w:rPr>
                <w:rFonts w:ascii="Arial" w:hAnsi="Arial" w:eastAsia="Arial" w:cs="Arial"/>
                <w:b/>
                <w:i w:val="0"/>
                <w:color w:val="14213D"/>
                <w:sz w:val="18"/>
              </w:rPr>
              <w:t>Sąd, komornik i sygnatura</w:t>
            </w:r>
          </w:p>
          <w:p>
            <w:pPr>
              <w:spacing w:before="0" w:after="20" w:line="276" w:lineRule="auto"/>
            </w:pPr>
            <w:r>
              <w:rPr>
                <w:rFonts w:ascii="Arial" w:hAnsi="Arial" w:eastAsia="Arial" w:cs="Arial"/>
                <w:b w:val="0"/>
                <w:i w:val="0"/>
                <w:color w:val="555555"/>
                <w:sz w:val="15"/>
              </w:rPr>
              <w:t>Sąd Rejonowy w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111827"/>
                <w:sz w:val="21"/>
              </w:rPr>
              <w:t>.........................................</w:t>
            </w:r>
          </w:p>
          <w:p>
            <w:pPr>
              <w:spacing w:before="0" w:after="80" w:line="240" w:lineRule="auto"/>
              <w:jc w:val="left"/>
            </w:pPr>
            <w:r>
              <w:rPr>
                <w:rFonts w:ascii="Arial" w:hAnsi="Arial" w:eastAsia="Arial" w:cs="Arial"/>
                <w:b w:val="0"/>
                <w:i/>
                <w:color w:val="555555"/>
                <w:sz w:val="14"/>
              </w:rPr>
              <w:t>(nazwa sądu)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111827"/>
                <w:sz w:val="21"/>
              </w:rPr>
              <w:t>.........................................</w:t>
            </w:r>
          </w:p>
          <w:p>
            <w:pPr>
              <w:spacing w:before="0" w:after="80" w:line="240" w:lineRule="auto"/>
              <w:jc w:val="left"/>
            </w:pPr>
            <w:r>
              <w:rPr>
                <w:rFonts w:ascii="Arial" w:hAnsi="Arial" w:eastAsia="Arial" w:cs="Arial"/>
                <w:b w:val="0"/>
                <w:i/>
                <w:color w:val="555555"/>
                <w:sz w:val="14"/>
              </w:rPr>
              <w:t>(adres sądu)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111827"/>
                <w:sz w:val="21"/>
              </w:rPr>
              <w:t>.........................................</w:t>
            </w:r>
          </w:p>
          <w:p>
            <w:pPr>
              <w:spacing w:before="0" w:after="80" w:line="240" w:lineRule="auto"/>
              <w:jc w:val="left"/>
            </w:pPr>
            <w:r>
              <w:rPr>
                <w:rFonts w:ascii="Arial" w:hAnsi="Arial" w:eastAsia="Arial" w:cs="Arial"/>
                <w:b w:val="0"/>
                <w:i/>
                <w:color w:val="555555"/>
                <w:sz w:val="14"/>
              </w:rPr>
              <w:t>(kod pocztowy, miejscowość)</w:t>
            </w:r>
          </w:p>
          <w:p>
            <w:pPr>
              <w:spacing w:before="0" w:after="20" w:line="276" w:lineRule="auto"/>
            </w:pPr>
            <w:r>
              <w:rPr>
                <w:rFonts w:ascii="Arial" w:hAnsi="Arial" w:eastAsia="Arial" w:cs="Arial"/>
                <w:b/>
                <w:i w:val="0"/>
                <w:color w:val="555555"/>
                <w:sz w:val="15"/>
              </w:rPr>
              <w:t>za pośrednictwem:</w:t>
            </w:r>
          </w:p>
          <w:p>
            <w:pPr>
              <w:spacing w:before="0" w:after="20" w:line="276" w:lineRule="auto"/>
            </w:pPr>
            <w:r>
              <w:rPr>
                <w:rFonts w:ascii="Arial" w:hAnsi="Arial" w:eastAsia="Arial" w:cs="Arial"/>
                <w:b w:val="0"/>
                <w:i w:val="0"/>
                <w:color w:val="555555"/>
                <w:sz w:val="15"/>
              </w:rPr>
              <w:t>Komornika Sądowego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111827"/>
                <w:sz w:val="21"/>
              </w:rPr>
              <w:t>.........................................</w:t>
            </w:r>
          </w:p>
          <w:p>
            <w:pPr>
              <w:spacing w:before="0" w:after="80" w:line="240" w:lineRule="auto"/>
              <w:jc w:val="left"/>
            </w:pPr>
            <w:r>
              <w:rPr>
                <w:rFonts w:ascii="Arial" w:hAnsi="Arial" w:eastAsia="Arial" w:cs="Arial"/>
                <w:b w:val="0"/>
                <w:i/>
                <w:color w:val="555555"/>
                <w:sz w:val="14"/>
              </w:rPr>
              <w:t>(imię i nazwisko komornika)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111827"/>
                <w:sz w:val="21"/>
              </w:rPr>
              <w:t>.........................................</w:t>
            </w:r>
          </w:p>
          <w:p>
            <w:pPr>
              <w:spacing w:before="0" w:after="80" w:line="240" w:lineRule="auto"/>
              <w:jc w:val="left"/>
            </w:pPr>
            <w:r>
              <w:rPr>
                <w:rFonts w:ascii="Arial" w:hAnsi="Arial" w:eastAsia="Arial" w:cs="Arial"/>
                <w:b w:val="0"/>
                <w:i/>
                <w:color w:val="555555"/>
                <w:sz w:val="14"/>
              </w:rPr>
              <w:t>(Kancelaria Komornicza nr / oznaczenie kancelarii)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111827"/>
                <w:sz w:val="21"/>
              </w:rPr>
              <w:t>.........................................</w:t>
            </w:r>
          </w:p>
          <w:p>
            <w:pPr>
              <w:spacing w:before="0" w:after="80" w:line="240" w:lineRule="auto"/>
              <w:jc w:val="left"/>
            </w:pPr>
            <w:r>
              <w:rPr>
                <w:rFonts w:ascii="Arial" w:hAnsi="Arial" w:eastAsia="Arial" w:cs="Arial"/>
                <w:b w:val="0"/>
                <w:i/>
                <w:color w:val="555555"/>
                <w:sz w:val="14"/>
              </w:rPr>
              <w:t>(adres kancelarii)</w:t>
            </w:r>
          </w:p>
          <w:p>
            <w:pPr>
              <w:spacing w:before="0" w:after="20" w:line="276" w:lineRule="auto"/>
            </w:pPr>
            <w:r>
              <w:rPr>
                <w:rFonts w:ascii="Arial" w:hAnsi="Arial" w:eastAsia="Arial" w:cs="Arial"/>
                <w:b/>
                <w:i w:val="0"/>
                <w:color w:val="555555"/>
                <w:sz w:val="15"/>
              </w:rPr>
              <w:t>Sygnatura sprawy egzekucyjnej: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111827"/>
                <w:sz w:val="21"/>
              </w:rPr>
              <w:t>.........................................</w:t>
            </w:r>
          </w:p>
          <w:p>
            <w:pPr>
              <w:spacing w:before="0" w:after="80" w:line="240" w:lineRule="auto"/>
              <w:jc w:val="left"/>
            </w:pPr>
            <w:r>
              <w:rPr>
                <w:rFonts w:ascii="Arial" w:hAnsi="Arial" w:eastAsia="Arial" w:cs="Arial"/>
                <w:b w:val="0"/>
                <w:i/>
                <w:color w:val="555555"/>
                <w:sz w:val="14"/>
              </w:rPr>
              <w:t>(np. Km ..., Kmp ...)</w:t>
            </w:r>
          </w:p>
        </w:tc>
        <w:tc>
          <w:tcPr>
            <w:tcW w:type="dxa" w:w="5131"/>
            <w:shd w:fill="f8fafc"/>
            <w:tcBorders>
              <w:top w:val="single" w:sz="6" w:space="0" w:color="dbe4ef"/>
              <w:left w:val="single" w:sz="6" w:space="0" w:color="dbe4ef"/>
              <w:bottom w:val="single" w:sz="6" w:space="0" w:color="dbe4ef"/>
              <w:right w:val="single" w:sz="6" w:space="0" w:color="dbe4ef"/>
              <w:insideH w:val="single" w:sz="6" w:space="0" w:color="dbe4ef"/>
              <w:insideV w:val="single" w:sz="6" w:space="0" w:color="dbe4ef"/>
            </w:tcBorders>
            <w:tcMar>
              <w:top w:w="110" w:type="dxa"/>
              <w:start w:w="125" w:type="dxa"/>
              <w:bottom w:w="110" w:type="dxa"/>
              <w:end w:w="125" w:type="dxa"/>
            </w:tcMar>
            <w:vAlign w:val="top"/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eastAsia="Arial" w:cs="Arial"/>
                <w:b w:val="0"/>
                <w:i w:val="0"/>
                <w:color w:val="111827"/>
                <w:sz w:val="21"/>
              </w:rPr>
              <w:t>......................................</w:t>
            </w:r>
          </w:p>
          <w:p>
            <w:pPr>
              <w:spacing w:before="0" w:after="80" w:line="240" w:lineRule="auto"/>
              <w:jc w:val="center"/>
            </w:pPr>
            <w:r>
              <w:rPr>
                <w:rFonts w:ascii="Arial" w:hAnsi="Arial" w:eastAsia="Arial" w:cs="Arial"/>
                <w:b w:val="0"/>
                <w:i/>
                <w:color w:val="555555"/>
                <w:sz w:val="14"/>
              </w:rPr>
              <w:t>(miejscowość, data)</w:t>
            </w:r>
          </w:p>
          <w:p>
            <w:pPr>
              <w:spacing w:before="0" w:after="80" w:line="276" w:lineRule="auto"/>
            </w:pPr>
            <w:r>
              <w:rPr>
                <w:rFonts w:ascii="Arial" w:hAnsi="Arial" w:eastAsia="Arial" w:cs="Arial"/>
                <w:b/>
                <w:i w:val="0"/>
                <w:color w:val="14213D"/>
                <w:sz w:val="18"/>
              </w:rPr>
              <w:t>Skarżący i uczestnicy</w:t>
            </w:r>
          </w:p>
          <w:p>
            <w:pPr>
              <w:spacing w:before="0" w:after="20" w:line="276" w:lineRule="auto"/>
            </w:pPr>
            <w:r>
              <w:rPr>
                <w:rFonts w:ascii="Arial" w:hAnsi="Arial" w:eastAsia="Arial" w:cs="Arial"/>
                <w:b/>
                <w:i w:val="0"/>
                <w:color w:val="555555"/>
                <w:sz w:val="15"/>
              </w:rPr>
              <w:t>Skarżący: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111827"/>
                <w:sz w:val="21"/>
              </w:rPr>
              <w:t>.........................................</w:t>
            </w:r>
          </w:p>
          <w:p>
            <w:pPr>
              <w:spacing w:before="0" w:after="80" w:line="240" w:lineRule="auto"/>
              <w:jc w:val="left"/>
            </w:pPr>
            <w:r>
              <w:rPr>
                <w:rFonts w:ascii="Arial" w:hAnsi="Arial" w:eastAsia="Arial" w:cs="Arial"/>
                <w:b w:val="0"/>
                <w:i/>
                <w:color w:val="555555"/>
                <w:sz w:val="14"/>
              </w:rPr>
              <w:t>(imię i nazwisko)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111827"/>
                <w:sz w:val="21"/>
              </w:rPr>
              <w:t>.........................................</w:t>
            </w:r>
          </w:p>
          <w:p>
            <w:pPr>
              <w:spacing w:before="0" w:after="80" w:line="240" w:lineRule="auto"/>
              <w:jc w:val="left"/>
            </w:pPr>
            <w:r>
              <w:rPr>
                <w:rFonts w:ascii="Arial" w:hAnsi="Arial" w:eastAsia="Arial" w:cs="Arial"/>
                <w:b w:val="0"/>
                <w:i/>
                <w:color w:val="555555"/>
                <w:sz w:val="14"/>
              </w:rPr>
              <w:t>(adres zamieszkania)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111827"/>
                <w:sz w:val="21"/>
              </w:rPr>
              <w:t>.........................................</w:t>
            </w:r>
          </w:p>
          <w:p>
            <w:pPr>
              <w:spacing w:before="0" w:after="80" w:line="240" w:lineRule="auto"/>
              <w:jc w:val="left"/>
            </w:pPr>
            <w:r>
              <w:rPr>
                <w:rFonts w:ascii="Arial" w:hAnsi="Arial" w:eastAsia="Arial" w:cs="Arial"/>
                <w:b w:val="0"/>
                <w:i/>
                <w:color w:val="555555"/>
                <w:sz w:val="14"/>
              </w:rPr>
              <w:t>(PESEL)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111827"/>
                <w:sz w:val="21"/>
              </w:rPr>
              <w:t>.........................................</w:t>
            </w:r>
          </w:p>
          <w:p>
            <w:pPr>
              <w:spacing w:before="0" w:after="80" w:line="240" w:lineRule="auto"/>
              <w:jc w:val="left"/>
            </w:pPr>
            <w:r>
              <w:rPr>
                <w:rFonts w:ascii="Arial" w:hAnsi="Arial" w:eastAsia="Arial" w:cs="Arial"/>
                <w:b w:val="0"/>
                <w:i/>
                <w:color w:val="555555"/>
                <w:sz w:val="14"/>
              </w:rPr>
              <w:t>(telefon / adres e-mail)</w:t>
            </w:r>
          </w:p>
          <w:p>
            <w:pPr>
              <w:spacing w:before="0" w:after="20" w:line="276" w:lineRule="auto"/>
            </w:pPr>
            <w:r>
              <w:rPr>
                <w:rFonts w:ascii="Arial" w:hAnsi="Arial" w:eastAsia="Arial" w:cs="Arial"/>
                <w:b/>
                <w:i w:val="0"/>
                <w:color w:val="555555"/>
                <w:sz w:val="15"/>
              </w:rPr>
              <w:t>Dłużnik: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111827"/>
                <w:sz w:val="21"/>
              </w:rPr>
              <w:t>.........................................</w:t>
            </w:r>
          </w:p>
          <w:p>
            <w:pPr>
              <w:spacing w:before="0" w:after="80" w:line="240" w:lineRule="auto"/>
              <w:jc w:val="left"/>
            </w:pPr>
            <w:r>
              <w:rPr>
                <w:rFonts w:ascii="Arial" w:hAnsi="Arial" w:eastAsia="Arial" w:cs="Arial"/>
                <w:b w:val="0"/>
                <w:i/>
                <w:color w:val="555555"/>
                <w:sz w:val="14"/>
              </w:rPr>
              <w:t>(imię i nazwisko, jeżeli inny niż skarżący)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111827"/>
                <w:sz w:val="21"/>
              </w:rPr>
              <w:t>.........................................</w:t>
            </w:r>
          </w:p>
          <w:p>
            <w:pPr>
              <w:spacing w:before="0" w:after="80" w:line="240" w:lineRule="auto"/>
              <w:jc w:val="left"/>
            </w:pPr>
            <w:r>
              <w:rPr>
                <w:rFonts w:ascii="Arial" w:hAnsi="Arial" w:eastAsia="Arial" w:cs="Arial"/>
                <w:b w:val="0"/>
                <w:i/>
                <w:color w:val="555555"/>
                <w:sz w:val="14"/>
              </w:rPr>
              <w:t>(adres dłużnika)</w:t>
            </w:r>
          </w:p>
          <w:p>
            <w:pPr>
              <w:spacing w:before="0" w:after="20" w:line="276" w:lineRule="auto"/>
            </w:pPr>
            <w:r>
              <w:rPr>
                <w:rFonts w:ascii="Arial" w:hAnsi="Arial" w:eastAsia="Arial" w:cs="Arial"/>
                <w:b/>
                <w:i w:val="0"/>
                <w:color w:val="555555"/>
                <w:sz w:val="15"/>
              </w:rPr>
              <w:t>Wierzyciel: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111827"/>
                <w:sz w:val="21"/>
              </w:rPr>
              <w:t>.........................................</w:t>
            </w:r>
          </w:p>
          <w:p>
            <w:pPr>
              <w:spacing w:before="0" w:after="80" w:line="240" w:lineRule="auto"/>
              <w:jc w:val="left"/>
            </w:pPr>
            <w:r>
              <w:rPr>
                <w:rFonts w:ascii="Arial" w:hAnsi="Arial" w:eastAsia="Arial" w:cs="Arial"/>
                <w:b w:val="0"/>
                <w:i/>
                <w:color w:val="555555"/>
                <w:sz w:val="14"/>
              </w:rPr>
              <w:t>(imię i nazwisko / nazwa wierzyciela)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111827"/>
                <w:sz w:val="21"/>
              </w:rPr>
              <w:t>.........................................</w:t>
            </w:r>
          </w:p>
          <w:p>
            <w:pPr>
              <w:spacing w:before="0" w:after="80" w:line="240" w:lineRule="auto"/>
              <w:jc w:val="left"/>
            </w:pPr>
            <w:r>
              <w:rPr>
                <w:rFonts w:ascii="Arial" w:hAnsi="Arial" w:eastAsia="Arial" w:cs="Arial"/>
                <w:b w:val="0"/>
                <w:i/>
                <w:color w:val="555555"/>
                <w:sz w:val="14"/>
              </w:rPr>
              <w:t>(adres wierzyciela, jeżeli znany)</w:t>
            </w:r>
          </w:p>
        </w:tc>
      </w:tr>
    </w:tbl>
    <w:p>
      <w:pPr>
        <w:spacing w:before="0" w:after="60" w:line="276" w:lineRule="auto"/>
      </w:pPr>
    </w:p>
    <w:p>
      <w:pPr>
        <w:spacing w:before="0" w:after="140" w:line="240" w:lineRule="auto"/>
        <w:jc w:val="center"/>
      </w:pPr>
      <w:r>
        <w:rPr>
          <w:rFonts w:ascii="Arial" w:hAnsi="Arial" w:eastAsia="Arial" w:cs="Arial"/>
          <w:b/>
          <w:i w:val="0"/>
          <w:color w:val="14213D"/>
          <w:sz w:val="30"/>
        </w:rPr>
        <w:t>SKARGA NA CZYNNOŚCI KOMORNIKA</w:t>
      </w:r>
    </w:p>
    <w:p>
      <w:pPr>
        <w:spacing w:before="0" w:after="40" w:line="259" w:lineRule="auto"/>
      </w:pPr>
      <w:r>
        <w:rPr>
          <w:rFonts w:ascii="Arial" w:hAnsi="Arial" w:eastAsia="Arial" w:cs="Arial"/>
          <w:b w:val="0"/>
          <w:i w:val="0"/>
          <w:color w:val="111827"/>
          <w:sz w:val="19"/>
        </w:rPr>
        <w:t>Działając na podstawie art. 767 Kodeksu postępowania cywilnego, wnoszę skargę na czynność Komornika Sądowego przy Sądzie Rejonowym w:</w:t>
      </w:r>
    </w:p>
    <w:p>
      <w:pPr>
        <w:spacing w:before="0" w:after="0" w:line="240" w:lineRule="auto"/>
        <w:jc w:val="left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</w:t>
      </w:r>
    </w:p>
    <w:p>
      <w:pPr>
        <w:spacing w:before="0" w:after="80" w:line="240" w:lineRule="auto"/>
        <w:jc w:val="left"/>
      </w:pPr>
      <w:r>
        <w:rPr>
          <w:rFonts w:ascii="Arial" w:hAnsi="Arial" w:eastAsia="Arial" w:cs="Arial"/>
          <w:b w:val="0"/>
          <w:i/>
          <w:color w:val="555555"/>
          <w:sz w:val="14"/>
        </w:rPr>
        <w:t>(wpisz sąd rejonowy, przy którym działa komornik)</w:t>
      </w:r>
    </w:p>
    <w:p>
      <w:pPr>
        <w:spacing w:before="0" w:after="40" w:line="259" w:lineRule="auto"/>
      </w:pPr>
      <w:r>
        <w:rPr>
          <w:rFonts w:ascii="Arial" w:hAnsi="Arial" w:eastAsia="Arial" w:cs="Arial"/>
          <w:b w:val="0"/>
          <w:i w:val="0"/>
          <w:color w:val="111827"/>
          <w:sz w:val="19"/>
        </w:rPr>
        <w:t>dokonaną w sprawie egzekucyjnej o sygnaturze:</w:t>
      </w:r>
    </w:p>
    <w:p>
      <w:pPr>
        <w:spacing w:before="0" w:after="0" w:line="240" w:lineRule="auto"/>
        <w:jc w:val="left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</w:t>
      </w:r>
    </w:p>
    <w:p>
      <w:pPr>
        <w:spacing w:before="0" w:after="80" w:line="240" w:lineRule="auto"/>
        <w:jc w:val="left"/>
      </w:pPr>
      <w:r>
        <w:rPr>
          <w:rFonts w:ascii="Arial" w:hAnsi="Arial" w:eastAsia="Arial" w:cs="Arial"/>
          <w:b w:val="0"/>
          <w:i/>
          <w:color w:val="555555"/>
          <w:sz w:val="14"/>
        </w:rPr>
        <w:t>(sygnatura sprawy)</w:t>
      </w:r>
    </w:p>
    <w:p>
      <w:pPr>
        <w:spacing w:before="0" w:after="40" w:line="259" w:lineRule="auto"/>
      </w:pPr>
      <w:r>
        <w:rPr>
          <w:rFonts w:ascii="Arial" w:hAnsi="Arial" w:eastAsia="Arial" w:cs="Arial"/>
          <w:b w:val="0"/>
          <w:i w:val="0"/>
          <w:color w:val="111827"/>
          <w:sz w:val="19"/>
        </w:rPr>
        <w:t>polegającą na: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  <w:jc w:val="center"/>
      </w:pPr>
      <w:r>
        <w:rPr>
          <w:rFonts w:ascii="Arial" w:hAnsi="Arial" w:eastAsia="Arial" w:cs="Arial"/>
          <w:b w:val="0"/>
          <w:i/>
          <w:color w:val="555555"/>
          <w:sz w:val="14"/>
        </w:rPr>
        <w:t>(opisz konkretną czynność, np. zajęcie rachunku bankowego, wynagrodzenia, ruchomości, odmowę zwrotu środków, błędne ustalenie kosztów)</w:t>
      </w:r>
    </w:p>
    <w:p>
      <w:pPr>
        <w:spacing w:before="0" w:after="20" w:line="259" w:lineRule="auto"/>
      </w:pPr>
      <w:r>
        <w:rPr>
          <w:rFonts w:ascii="Arial" w:hAnsi="Arial" w:eastAsia="Arial" w:cs="Arial"/>
          <w:b w:val="0"/>
          <w:i w:val="0"/>
          <w:color w:val="111827"/>
          <w:sz w:val="19"/>
        </w:rPr>
        <w:t>dokonaną w dniu / o której dowiedziałem się w dniu: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5131"/>
            <w:tcMar>
              <w:top w:w="0" w:type="dxa"/>
              <w:start w:w="0" w:type="dxa"/>
              <w:bottom w:w="0" w:type="dxa"/>
              <w:end w:w="0" w:type="dxa"/>
            </w:tcMar>
            <w:vAlign w:val="top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111827"/>
                <w:sz w:val="21"/>
              </w:rPr>
              <w:t>..................................................</w:t>
            </w:r>
          </w:p>
          <w:p>
            <w:pPr>
              <w:spacing w:before="0" w:after="80" w:line="240" w:lineRule="auto"/>
              <w:jc w:val="left"/>
            </w:pPr>
            <w:r>
              <w:rPr>
                <w:rFonts w:ascii="Arial" w:hAnsi="Arial" w:eastAsia="Arial" w:cs="Arial"/>
                <w:b w:val="0"/>
                <w:i/>
                <w:color w:val="555555"/>
                <w:sz w:val="14"/>
              </w:rPr>
              <w:t>(data dokonania czynności)</w:t>
            </w:r>
          </w:p>
        </w:tc>
        <w:tc>
          <w:tcPr>
            <w:tcW w:type="dxa" w:w="5131"/>
            <w:tcMar>
              <w:top w:w="0" w:type="dxa"/>
              <w:start w:w="0" w:type="dxa"/>
              <w:bottom w:w="0" w:type="dxa"/>
              <w:end w:w="0" w:type="dxa"/>
            </w:tcMar>
            <w:vAlign w:val="top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111827"/>
                <w:sz w:val="21"/>
              </w:rPr>
              <w:t>..................................................</w:t>
            </w:r>
          </w:p>
          <w:p>
            <w:pPr>
              <w:spacing w:before="0" w:after="80" w:line="240" w:lineRule="auto"/>
              <w:jc w:val="left"/>
            </w:pPr>
            <w:r>
              <w:rPr>
                <w:rFonts w:ascii="Arial" w:hAnsi="Arial" w:eastAsia="Arial" w:cs="Arial"/>
                <w:b w:val="0"/>
                <w:i/>
                <w:color w:val="555555"/>
                <w:sz w:val="14"/>
              </w:rPr>
              <w:t>(data powzięcia wiadomości)</w:t>
            </w:r>
          </w:p>
        </w:tc>
      </w:tr>
    </w:tbl>
    <w:p>
      <w:r>
        <w:br w:type="page"/>
      </w:r>
    </w:p>
    <w:p>
      <w:pPr>
        <w:spacing w:before="0" w:after="100" w:line="264" w:lineRule="auto"/>
      </w:pPr>
      <w:r>
        <w:rPr>
          <w:rFonts w:ascii="Arial" w:hAnsi="Arial" w:eastAsia="Arial" w:cs="Arial"/>
          <w:b/>
          <w:i w:val="0"/>
          <w:color w:val="14213D"/>
          <w:sz w:val="24"/>
        </w:rPr>
        <w:t>Wnoszę o:</w:t>
      </w:r>
    </w:p>
    <w:p>
      <w:pPr>
        <w:spacing w:before="0" w:after="60" w:line="269" w:lineRule="auto"/>
      </w:pPr>
      <w:r>
        <w:rPr>
          <w:rFonts w:ascii="Arial" w:hAnsi="Arial" w:eastAsia="Arial" w:cs="Arial"/>
          <w:b w:val="0"/>
          <w:i w:val="0"/>
          <w:color w:val="111827"/>
          <w:sz w:val="19"/>
        </w:rPr>
        <w:t>1. uchylenie w całości albo w części zaskarżonej czynności komornika, w zakresie opisanym w niniejszej skardze;</w:t>
      </w:r>
    </w:p>
    <w:p>
      <w:pPr>
        <w:spacing w:before="0" w:after="60" w:line="269" w:lineRule="auto"/>
      </w:pPr>
      <w:r>
        <w:rPr>
          <w:rFonts w:ascii="Arial" w:hAnsi="Arial" w:eastAsia="Arial" w:cs="Arial"/>
          <w:b w:val="0"/>
          <w:i w:val="0"/>
          <w:color w:val="111827"/>
          <w:sz w:val="19"/>
        </w:rPr>
        <w:t>2. wstrzymanie wykonania zaskarżonej czynności do czasu rozpoznania skargi;</w:t>
      </w:r>
    </w:p>
    <w:p>
      <w:pPr>
        <w:spacing w:before="0" w:after="60" w:line="269" w:lineRule="auto"/>
      </w:pPr>
      <w:r>
        <w:rPr>
          <w:rFonts w:ascii="Arial" w:hAnsi="Arial" w:eastAsia="Arial" w:cs="Arial"/>
          <w:b w:val="0"/>
          <w:i w:val="0"/>
          <w:color w:val="111827"/>
          <w:sz w:val="19"/>
        </w:rPr>
        <w:t>3. dopuszczenie i przeprowadzenie dowodów z dokumentów załączonych do niniejszej skargi;</w:t>
      </w:r>
    </w:p>
    <w:p>
      <w:pPr>
        <w:spacing w:before="0" w:after="60" w:line="269" w:lineRule="auto"/>
      </w:pPr>
      <w:r>
        <w:rPr>
          <w:rFonts w:ascii="Arial" w:hAnsi="Arial" w:eastAsia="Arial" w:cs="Arial"/>
          <w:b w:val="0"/>
          <w:i w:val="0"/>
          <w:color w:val="111827"/>
          <w:sz w:val="19"/>
        </w:rPr>
        <w:t>4. zasądzenie zwrotu kosztów postępowania według norm przepisanych.</w:t>
      </w:r>
    </w:p>
    <w:p>
      <w:pPr>
        <w:spacing w:before="140" w:after="100" w:line="264" w:lineRule="auto"/>
      </w:pPr>
      <w:r>
        <w:rPr>
          <w:rFonts w:ascii="Arial" w:hAnsi="Arial" w:eastAsia="Arial" w:cs="Arial"/>
          <w:b/>
          <w:i w:val="0"/>
          <w:color w:val="14213D"/>
          <w:sz w:val="24"/>
        </w:rPr>
        <w:t>Uzasadnienie</w:t>
      </w:r>
    </w:p>
    <w:p>
      <w:pPr>
        <w:spacing w:before="20" w:after="40" w:line="264" w:lineRule="auto"/>
      </w:pPr>
      <w:r>
        <w:rPr>
          <w:rFonts w:ascii="Arial" w:hAnsi="Arial" w:eastAsia="Arial" w:cs="Arial"/>
          <w:b/>
          <w:i w:val="0"/>
          <w:color w:val="14213D"/>
          <w:sz w:val="20"/>
        </w:rPr>
        <w:t>1. Opis sprawy egzekucyjnej i zaskarżonej czynności: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  <w:jc w:val="center"/>
      </w:pPr>
      <w:r>
        <w:rPr>
          <w:rFonts w:ascii="Arial" w:hAnsi="Arial" w:eastAsia="Arial" w:cs="Arial"/>
          <w:b w:val="0"/>
          <w:i/>
          <w:color w:val="555555"/>
          <w:sz w:val="14"/>
        </w:rPr>
        <w:t>(opisz, kiedy i w jaki sposób komornik dokonał czynności oraz czego dotyczy egzekucja)</w:t>
      </w:r>
    </w:p>
    <w:p>
      <w:pPr>
        <w:spacing w:before="80" w:after="40" w:line="264" w:lineRule="auto"/>
      </w:pPr>
      <w:r>
        <w:rPr>
          <w:rFonts w:ascii="Arial" w:hAnsi="Arial" w:eastAsia="Arial" w:cs="Arial"/>
          <w:b/>
          <w:i w:val="0"/>
          <w:color w:val="14213D"/>
          <w:sz w:val="20"/>
        </w:rPr>
        <w:t>2. Zachowanie terminu do wniesienia skargi: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  <w:jc w:val="center"/>
      </w:pPr>
      <w:r>
        <w:rPr>
          <w:rFonts w:ascii="Arial" w:hAnsi="Arial" w:eastAsia="Arial" w:cs="Arial"/>
          <w:b w:val="0"/>
          <w:i/>
          <w:color w:val="555555"/>
          <w:sz w:val="14"/>
        </w:rPr>
        <w:t>(wskaż, kiedy doręczono pismo albo kiedy dowiedziałeś się o czynności)</w:t>
      </w:r>
    </w:p>
    <w:p>
      <w:pPr>
        <w:spacing w:before="80" w:after="40" w:line="264" w:lineRule="auto"/>
      </w:pPr>
      <w:r>
        <w:rPr>
          <w:rFonts w:ascii="Arial" w:hAnsi="Arial" w:eastAsia="Arial" w:cs="Arial"/>
          <w:b/>
          <w:i w:val="0"/>
          <w:color w:val="14213D"/>
          <w:sz w:val="20"/>
        </w:rPr>
        <w:t>3. Na czym polega nieprawidłowość czynności komornika: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  <w:jc w:val="center"/>
      </w:pPr>
      <w:r>
        <w:rPr>
          <w:rFonts w:ascii="Arial" w:hAnsi="Arial" w:eastAsia="Arial" w:cs="Arial"/>
          <w:b w:val="0"/>
          <w:i/>
          <w:color w:val="555555"/>
          <w:sz w:val="14"/>
        </w:rPr>
        <w:t>(opisz konkretnie, dlaczego czynność jest nieprawidłowa i jakie okoliczności to potwierdzają)</w:t>
      </w:r>
    </w:p>
    <w:p>
      <w:r>
        <w:br w:type="page"/>
      </w:r>
    </w:p>
    <w:p>
      <w:pPr>
        <w:spacing w:before="0" w:after="40" w:line="264" w:lineRule="auto"/>
      </w:pPr>
      <w:r>
        <w:rPr>
          <w:rFonts w:ascii="Arial" w:hAnsi="Arial" w:eastAsia="Arial" w:cs="Arial"/>
          <w:b/>
          <w:i w:val="0"/>
          <w:color w:val="14213D"/>
          <w:sz w:val="20"/>
        </w:rPr>
        <w:t>4. Dowody potwierdzające zarzuty: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  <w:jc w:val="center"/>
      </w:pPr>
      <w:r>
        <w:rPr>
          <w:rFonts w:ascii="Arial" w:hAnsi="Arial" w:eastAsia="Arial" w:cs="Arial"/>
          <w:b w:val="0"/>
          <w:i/>
          <w:color w:val="555555"/>
          <w:sz w:val="14"/>
        </w:rPr>
        <w:t>(wymień dokumenty: pismo komornika, potwierdzenie wpłaty, wyciąg bankowy, zaświadczenie, korespondencję, dokument własności)</w:t>
      </w:r>
    </w:p>
    <w:p>
      <w:pPr>
        <w:spacing w:before="100" w:after="40" w:line="264" w:lineRule="auto"/>
      </w:pPr>
      <w:r>
        <w:rPr>
          <w:rFonts w:ascii="Arial" w:hAnsi="Arial" w:eastAsia="Arial" w:cs="Arial"/>
          <w:b/>
          <w:i w:val="0"/>
          <w:color w:val="14213D"/>
          <w:sz w:val="20"/>
        </w:rPr>
        <w:t>5. Uzasadnienie wniosku o wstrzymanie czynności: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.............................................................................................................</w:t>
      </w:r>
    </w:p>
    <w:p>
      <w:pPr>
        <w:spacing w:before="0" w:after="40" w:line="240" w:lineRule="auto"/>
        <w:jc w:val="center"/>
      </w:pPr>
      <w:r>
        <w:rPr>
          <w:rFonts w:ascii="Arial" w:hAnsi="Arial" w:eastAsia="Arial" w:cs="Arial"/>
          <w:b w:val="0"/>
          <w:i/>
          <w:color w:val="555555"/>
          <w:sz w:val="14"/>
        </w:rPr>
        <w:t>(opisz, jakie skutki powstaną, jeśli czynność zostanie wykonana przed rozpoznaniem skargi)</w:t>
      </w:r>
    </w:p>
    <w:p>
      <w:pPr>
        <w:spacing w:before="0" w:after="200" w:line="276" w:lineRule="auto"/>
      </w:pPr>
      <w:r>
        <w:rPr>
          <w:rFonts w:ascii="Arial" w:hAnsi="Arial" w:eastAsia="Arial" w:cs="Arial"/>
          <w:b w:val="0"/>
          <w:i w:val="0"/>
          <w:color w:val="111827"/>
          <w:sz w:val="20"/>
        </w:rPr>
        <w:t>Z tych względów wnoszę jak na wstępie.</w:t>
      </w:r>
    </w:p>
    <w:p>
      <w:pPr>
        <w:spacing w:before="160" w:after="0" w:line="240" w:lineRule="auto"/>
        <w:jc w:val="right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>................................................</w:t>
      </w:r>
    </w:p>
    <w:p>
      <w:pPr>
        <w:spacing w:before="0" w:after="160" w:line="240" w:lineRule="auto"/>
        <w:jc w:val="right"/>
      </w:pPr>
      <w:r>
        <w:rPr>
          <w:rFonts w:ascii="Arial" w:hAnsi="Arial" w:eastAsia="Arial" w:cs="Arial"/>
          <w:b w:val="0"/>
          <w:i/>
          <w:color w:val="555555"/>
          <w:sz w:val="14"/>
        </w:rPr>
        <w:t>(czytelny podpis skarżącego)</w:t>
      </w:r>
    </w:p>
    <w:p>
      <w:pPr>
        <w:spacing w:before="60" w:after="80" w:line="264" w:lineRule="auto"/>
      </w:pPr>
      <w:r>
        <w:rPr>
          <w:rFonts w:ascii="Arial" w:hAnsi="Arial" w:eastAsia="Arial" w:cs="Arial"/>
          <w:b/>
          <w:i w:val="0"/>
          <w:color w:val="14213D"/>
          <w:sz w:val="24"/>
        </w:rPr>
        <w:t>Załączniki:</w:t>
      </w:r>
    </w:p>
    <w:p>
      <w:pPr>
        <w:spacing w:before="0" w:after="60" w:line="259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 xml:space="preserve">☐ </w:t>
      </w:r>
      <w:r>
        <w:rPr>
          <w:rFonts w:ascii="Arial" w:hAnsi="Arial" w:eastAsia="Arial" w:cs="Arial"/>
          <w:b w:val="0"/>
          <w:i w:val="0"/>
          <w:color w:val="111827"/>
          <w:sz w:val="19"/>
        </w:rPr>
        <w:t>odpis skargi dla komornika;</w:t>
      </w:r>
    </w:p>
    <w:p>
      <w:pPr>
        <w:spacing w:before="0" w:after="60" w:line="259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 xml:space="preserve">☐ </w:t>
      </w:r>
      <w:r>
        <w:rPr>
          <w:rFonts w:ascii="Arial" w:hAnsi="Arial" w:eastAsia="Arial" w:cs="Arial"/>
          <w:b w:val="0"/>
          <w:i w:val="0"/>
          <w:color w:val="111827"/>
          <w:sz w:val="19"/>
        </w:rPr>
        <w:t>odpisy skargi dla uczestników postępowania;</w:t>
      </w:r>
    </w:p>
    <w:p>
      <w:pPr>
        <w:spacing w:before="0" w:after="60" w:line="259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 xml:space="preserve">☐ </w:t>
      </w:r>
      <w:r>
        <w:rPr>
          <w:rFonts w:ascii="Arial" w:hAnsi="Arial" w:eastAsia="Arial" w:cs="Arial"/>
          <w:b w:val="0"/>
          <w:i w:val="0"/>
          <w:color w:val="111827"/>
          <w:sz w:val="19"/>
        </w:rPr>
        <w:t>dowód uiszczenia opłaty sądowej od skargi w kwocie 50 zł albo wniosek o zwolnienie od kosztów sądowych;</w:t>
      </w:r>
    </w:p>
    <w:p>
      <w:pPr>
        <w:spacing w:before="0" w:after="60" w:line="259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 xml:space="preserve">☐ </w:t>
      </w:r>
      <w:r>
        <w:rPr>
          <w:rFonts w:ascii="Arial" w:hAnsi="Arial" w:eastAsia="Arial" w:cs="Arial"/>
          <w:b w:val="0"/>
          <w:i w:val="0"/>
          <w:color w:val="111827"/>
          <w:sz w:val="19"/>
        </w:rPr>
        <w:t>kopia pisma komornika / zawiadomienia o czynności;</w:t>
      </w:r>
    </w:p>
    <w:p>
      <w:pPr>
        <w:spacing w:before="0" w:after="60" w:line="259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 xml:space="preserve">☐ </w:t>
      </w:r>
      <w:r>
        <w:rPr>
          <w:rFonts w:ascii="Arial" w:hAnsi="Arial" w:eastAsia="Arial" w:cs="Arial"/>
          <w:b w:val="0"/>
          <w:i w:val="0"/>
          <w:color w:val="111827"/>
          <w:sz w:val="19"/>
        </w:rPr>
        <w:t>dokumenty potwierdzające zarzuty skargi;</w:t>
      </w:r>
    </w:p>
    <w:p>
      <w:pPr>
        <w:spacing w:before="0" w:after="60" w:line="259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 xml:space="preserve">☐ </w:t>
      </w:r>
      <w:r>
        <w:rPr>
          <w:rFonts w:ascii="Arial" w:hAnsi="Arial" w:eastAsia="Arial" w:cs="Arial"/>
          <w:b w:val="0"/>
          <w:i w:val="0"/>
          <w:color w:val="111827"/>
          <w:sz w:val="19"/>
        </w:rPr>
        <w:t>inne: ...............................................................................................................................</w:t>
      </w:r>
    </w:p>
    <w:p>
      <w:r>
        <w:br w:type="page"/>
      </w:r>
    </w:p>
    <w:p>
      <w:pPr>
        <w:spacing w:before="0" w:after="100" w:line="264" w:lineRule="auto"/>
      </w:pPr>
      <w:r>
        <w:rPr>
          <w:rFonts w:ascii="Arial" w:hAnsi="Arial" w:eastAsia="Arial" w:cs="Arial"/>
          <w:b/>
          <w:i w:val="0"/>
          <w:color w:val="14213D"/>
          <w:sz w:val="24"/>
        </w:rPr>
        <w:t>Lista kontrolna przed złożeniem pisma</w:t>
      </w:r>
    </w:p>
    <w:p>
      <w:pPr>
        <w:spacing w:before="0" w:after="60" w:line="259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 xml:space="preserve">☐ </w:t>
      </w:r>
      <w:r>
        <w:rPr>
          <w:rFonts w:ascii="Arial" w:hAnsi="Arial" w:eastAsia="Arial" w:cs="Arial"/>
          <w:b w:val="0"/>
          <w:i w:val="0"/>
          <w:color w:val="111827"/>
          <w:sz w:val="19"/>
        </w:rPr>
        <w:t>wpisano właściwy sąd rejonowy według siedziby kancelarii komornika;</w:t>
      </w:r>
    </w:p>
    <w:p>
      <w:pPr>
        <w:spacing w:before="0" w:after="60" w:line="259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 xml:space="preserve">☐ </w:t>
      </w:r>
      <w:r>
        <w:rPr>
          <w:rFonts w:ascii="Arial" w:hAnsi="Arial" w:eastAsia="Arial" w:cs="Arial"/>
          <w:b w:val="0"/>
          <w:i w:val="0"/>
          <w:color w:val="111827"/>
          <w:sz w:val="19"/>
        </w:rPr>
        <w:t>pismo jest składane do komornika, który dokonał zaskarżonej czynności;</w:t>
      </w:r>
    </w:p>
    <w:p>
      <w:pPr>
        <w:spacing w:before="0" w:after="60" w:line="259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 xml:space="preserve">☐ </w:t>
      </w:r>
      <w:r>
        <w:rPr>
          <w:rFonts w:ascii="Arial" w:hAnsi="Arial" w:eastAsia="Arial" w:cs="Arial"/>
          <w:b w:val="0"/>
          <w:i w:val="0"/>
          <w:color w:val="111827"/>
          <w:sz w:val="19"/>
        </w:rPr>
        <w:t>podano sygnaturę sprawy egzekucyjnej, np. Km albo Kmp;</w:t>
      </w:r>
    </w:p>
    <w:p>
      <w:pPr>
        <w:spacing w:before="0" w:after="60" w:line="259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 xml:space="preserve">☐ </w:t>
      </w:r>
      <w:r>
        <w:rPr>
          <w:rFonts w:ascii="Arial" w:hAnsi="Arial" w:eastAsia="Arial" w:cs="Arial"/>
          <w:b w:val="0"/>
          <w:i w:val="0"/>
          <w:color w:val="111827"/>
          <w:sz w:val="19"/>
        </w:rPr>
        <w:t>opisana jest jedna konkretna czynność komornika oraz jej data;</w:t>
      </w:r>
    </w:p>
    <w:p>
      <w:pPr>
        <w:spacing w:before="0" w:after="60" w:line="259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 xml:space="preserve">☐ </w:t>
      </w:r>
      <w:r>
        <w:rPr>
          <w:rFonts w:ascii="Arial" w:hAnsi="Arial" w:eastAsia="Arial" w:cs="Arial"/>
          <w:b w:val="0"/>
          <w:i w:val="0"/>
          <w:color w:val="111827"/>
          <w:sz w:val="19"/>
        </w:rPr>
        <w:t>wyjaśniono, od kiedy liczony jest termin 7 dni;</w:t>
      </w:r>
    </w:p>
    <w:p>
      <w:pPr>
        <w:spacing w:before="0" w:after="60" w:line="259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 xml:space="preserve">☐ </w:t>
      </w:r>
      <w:r>
        <w:rPr>
          <w:rFonts w:ascii="Arial" w:hAnsi="Arial" w:eastAsia="Arial" w:cs="Arial"/>
          <w:b w:val="0"/>
          <w:i w:val="0"/>
          <w:color w:val="111827"/>
          <w:sz w:val="19"/>
        </w:rPr>
        <w:t>sformułowano żądanie uchylenia czynności oraz wniosek o wstrzymanie, jeżeli sprawa jest pilna;</w:t>
      </w:r>
    </w:p>
    <w:p>
      <w:pPr>
        <w:spacing w:before="0" w:after="60" w:line="259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 xml:space="preserve">☐ </w:t>
      </w:r>
      <w:r>
        <w:rPr>
          <w:rFonts w:ascii="Arial" w:hAnsi="Arial" w:eastAsia="Arial" w:cs="Arial"/>
          <w:b w:val="0"/>
          <w:i w:val="0"/>
          <w:color w:val="111827"/>
          <w:sz w:val="19"/>
        </w:rPr>
        <w:t>dołączono dowód opłaty 50 zł albo wniosek o zwolnienie od kosztów sądowych;</w:t>
      </w:r>
    </w:p>
    <w:p>
      <w:pPr>
        <w:spacing w:before="0" w:after="60" w:line="259" w:lineRule="auto"/>
      </w:pPr>
      <w:r>
        <w:rPr>
          <w:rFonts w:ascii="Arial" w:hAnsi="Arial" w:eastAsia="Arial" w:cs="Arial"/>
          <w:b w:val="0"/>
          <w:i w:val="0"/>
          <w:color w:val="111827"/>
          <w:sz w:val="21"/>
        </w:rPr>
        <w:t xml:space="preserve">☐ </w:t>
      </w:r>
      <w:r>
        <w:rPr>
          <w:rFonts w:ascii="Arial" w:hAnsi="Arial" w:eastAsia="Arial" w:cs="Arial"/>
          <w:b w:val="0"/>
          <w:i w:val="0"/>
          <w:color w:val="111827"/>
          <w:sz w:val="19"/>
        </w:rPr>
        <w:t>wymieniono załączniki i dołączono odpisy pisma dla uczestników.</w:t>
      </w:r>
    </w:p>
    <w:p>
      <w:pPr>
        <w:spacing w:before="0" w:after="160" w:line="276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261"/>
      </w:tblGrid>
      <w:tr>
        <w:tc>
          <w:tcPr>
            <w:tcW w:type="dxa" w:w="10262"/>
            <w:shd w:fill="f8fafc"/>
            <w:tcBorders>
              <w:top w:val="single" w:sz="8" w:space="0" w:color="dbe4ef"/>
              <w:left w:val="single" w:sz="8" w:space="0" w:color="dbe4ef"/>
              <w:bottom w:val="single" w:sz="8" w:space="0" w:color="dbe4ef"/>
              <w:right w:val="single" w:sz="8" w:space="0" w:color="dbe4ef"/>
              <w:insideH w:val="single" w:sz="8" w:space="0" w:color="dbe4ef"/>
              <w:insideV w:val="single" w:sz="8" w:space="0" w:color="dbe4ef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before="0" w:after="20" w:line="276" w:lineRule="auto"/>
            </w:pPr>
            <w:r>
              <w:rPr>
                <w:rFonts w:ascii="Arial" w:hAnsi="Arial" w:eastAsia="Arial" w:cs="Arial"/>
                <w:b/>
                <w:i w:val="0"/>
                <w:color w:val="14213D"/>
                <w:sz w:val="19"/>
              </w:rPr>
              <w:t>Uwaga formalna</w:t>
            </w:r>
          </w:p>
        </w:tc>
      </w:tr>
      <w:tr>
        <w:tc>
          <w:tcPr>
            <w:tcW w:type="dxa" w:w="10262"/>
            <w:shd w:fill="f8fafc"/>
            <w:tcBorders>
              <w:top w:val="single" w:sz="8" w:space="0" w:color="dbe4ef"/>
              <w:left w:val="single" w:sz="8" w:space="0" w:color="dbe4ef"/>
              <w:bottom w:val="single" w:sz="8" w:space="0" w:color="dbe4ef"/>
              <w:right w:val="single" w:sz="8" w:space="0" w:color="dbe4ef"/>
              <w:insideH w:val="single" w:sz="8" w:space="0" w:color="dbe4ef"/>
              <w:insideV w:val="single" w:sz="8" w:space="0" w:color="dbe4ef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before="0" w:after="0" w:line="283" w:lineRule="auto"/>
            </w:pPr>
            <w:r>
              <w:rPr>
                <w:rFonts w:ascii="Arial" w:hAnsi="Arial" w:eastAsia="Arial" w:cs="Arial"/>
                <w:b w:val="0"/>
                <w:i w:val="0"/>
                <w:color w:val="111827"/>
                <w:sz w:val="18"/>
              </w:rPr>
              <w:t>Jeżeli problem dotyczy samego istnienia długu, spłaty, przedawnienia albo rzeczy należącej do osoby trzeciej, skarga na czynności komornika może nie być właściwym środkiem. W takiej sytuacji trzeba rozważyć inne pismo, np. powództwo przeciwegzekucyjne albo powództwo o zwolnienie przedmiotu od egzekucji.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680" w:right="822" w:bottom="680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right"/>
    </w:pPr>
    <w:r>
      <w:rPr>
        <w:rFonts w:ascii="Arial" w:hAnsi="Arial" w:eastAsia="Arial" w:cs="Arial"/>
        <w:b w:val="0"/>
        <w:i w:val="0"/>
        <w:color w:val="64748B"/>
        <w:sz w:val="16"/>
      </w:rPr>
      <w:t xml:space="preserve">Strona </w:t>
    </w:r>
    <w:r>
      <w:fldChar w:fldCharType="begin"/>
    </w:r>
    <w:r>
      <w:instrText xml:space="preserve">PAGE</w:instrText>
    </w:r>
    <w:r>
      <w:fldChar w:fldCharType="separate"/>
    </w:r>
    <w:r>
      <w:rPr>
        <w:rFonts w:ascii="Arial" w:hAnsi="Arial" w:eastAsia="Arial" w:cs="Arial"/>
        <w:color w:val="64748B"/>
        <w:sz w:val="16"/>
      </w:rPr>
      <w:t>1</w:t>
    </w:r>
    <w:r>
      <w:fldChar w:fldCharType="end"/>
    </w:r>
    <w:r>
      <w:rPr>
        <w:rFonts w:ascii="Arial" w:hAnsi="Arial" w:eastAsia="Arial" w:cs="Arial"/>
        <w:b w:val="0"/>
        <w:i w:val="0"/>
        <w:color w:val="64748B"/>
        <w:sz w:val="16"/>
      </w:rPr>
      <w:t xml:space="preserve"> z </w:t>
    </w:r>
    <w:r>
      <w:fldChar w:fldCharType="begin"/>
    </w:r>
    <w:r>
      <w:instrText xml:space="preserve">NUMPAGES</w:instrText>
    </w:r>
    <w:r>
      <w:fldChar w:fldCharType="separate"/>
    </w:r>
    <w:r>
      <w:rPr>
        <w:rFonts w:ascii="Arial" w:hAnsi="Arial" w:eastAsia="Arial" w:cs="Arial"/>
        <w:color w:val="64748B"/>
        <w:sz w:val="16"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Skarga na czynności komornika - wzór</dc:title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